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4498E" w14:textId="77777777" w:rsidR="00CD0056" w:rsidRDefault="00000000">
      <w:pPr>
        <w:pStyle w:val="Title"/>
        <w:jc w:val="center"/>
      </w:pPr>
      <w:r>
        <w:t>New Possibilities. Practical Answers.</w:t>
      </w:r>
      <w:r>
        <w:br/>
        <w:t>People Who Understand.</w:t>
      </w:r>
    </w:p>
    <w:p w14:paraId="15A68948" w14:textId="77777777" w:rsidR="00CD0056" w:rsidRDefault="00000000">
      <w:pPr>
        <w:jc w:val="center"/>
      </w:pPr>
      <w:r>
        <w:rPr>
          <w:b/>
          <w:color w:val="004369"/>
          <w:sz w:val="25"/>
        </w:rPr>
        <w:t>NFBV STATE CONVENTION  •  OCTOBER 22–25, 2026  •  HERNDON, VIRGINIA</w:t>
      </w:r>
    </w:p>
    <w:p w14:paraId="30ED55F5" w14:textId="77777777" w:rsidR="00CD0056" w:rsidRDefault="00000000">
      <w:pPr>
        <w:spacing w:after="140"/>
      </w:pPr>
      <w:r>
        <w:t>Whether vision loss is new to you or has been part of your life for years, the NFB of Virginia State Convention is an opportunity to meet other blind and low-vision Virginians, discover practical tools for independence, and explore new ways to stay active, connected, and engaged in the life you want.</w:t>
      </w:r>
    </w:p>
    <w:p w14:paraId="1C07552F" w14:textId="77777777" w:rsidR="00CD0056" w:rsidRDefault="00000000">
      <w:pPr>
        <w:pStyle w:val="Heading1"/>
      </w:pPr>
      <w:r>
        <w:t>What you can experience</w:t>
      </w:r>
    </w:p>
    <w:p w14:paraId="605BBE9B" w14:textId="77777777" w:rsidR="00CD0056" w:rsidRDefault="00000000">
      <w:pPr>
        <w:pStyle w:val="ListBullet"/>
        <w:spacing w:after="40"/>
      </w:pPr>
      <w:r>
        <w:t>Silver BELLS Connections Dinner</w:t>
      </w:r>
    </w:p>
    <w:p w14:paraId="3AAC304A" w14:textId="77777777" w:rsidR="00CD0056" w:rsidRDefault="00000000">
      <w:pPr>
        <w:pStyle w:val="ListBullet"/>
        <w:spacing w:after="40"/>
      </w:pPr>
      <w:r>
        <w:t>Tools for Independence Seminar</w:t>
      </w:r>
    </w:p>
    <w:p w14:paraId="7AC55F4C" w14:textId="77777777" w:rsidR="00CD0056" w:rsidRDefault="00000000">
      <w:pPr>
        <w:pStyle w:val="ListBullet"/>
        <w:spacing w:after="40"/>
      </w:pPr>
      <w:r>
        <w:t>Adaptive sports, including hockey and cricket</w:t>
      </w:r>
    </w:p>
    <w:p w14:paraId="00E5CD57" w14:textId="77777777" w:rsidR="00CD0056" w:rsidRDefault="00000000">
      <w:pPr>
        <w:pStyle w:val="ListBullet"/>
        <w:spacing w:after="40"/>
      </w:pPr>
      <w:r>
        <w:t>Dance lessons, including Salsa and East Coast Swing</w:t>
      </w:r>
    </w:p>
    <w:p w14:paraId="0B033749" w14:textId="77777777" w:rsidR="00CD0056" w:rsidRDefault="00000000">
      <w:pPr>
        <w:pStyle w:val="ListBullet"/>
        <w:spacing w:after="40"/>
      </w:pPr>
      <w:r>
        <w:t>Exhibit Hall with technology, products, services, and resources for blind and low-vision people</w:t>
      </w:r>
    </w:p>
    <w:p w14:paraId="156C933C" w14:textId="77777777" w:rsidR="00CD0056" w:rsidRDefault="00000000">
      <w:pPr>
        <w:pStyle w:val="ListBullet"/>
        <w:spacing w:after="40"/>
      </w:pPr>
      <w:r>
        <w:t>Strengthening Relationships After Vision Loss with Dignity &amp; Respect</w:t>
      </w:r>
    </w:p>
    <w:p w14:paraId="01592E1E" w14:textId="77777777" w:rsidR="00CD0056" w:rsidRDefault="00000000">
      <w:pPr>
        <w:pStyle w:val="Heading1"/>
      </w:pPr>
      <w:r>
        <w:t>First convention? You are especially welcome.</w:t>
      </w:r>
    </w:p>
    <w:p w14:paraId="554AF167" w14:textId="77777777" w:rsidR="00CD0056" w:rsidRDefault="00000000">
      <w:pPr>
        <w:spacing w:after="140"/>
      </w:pPr>
      <w:r>
        <w:t>You do not need to be an NFB member to attend, participate, meet people, and discover resources that can help you live the life you want.</w:t>
      </w:r>
    </w:p>
    <w:p w14:paraId="371BDCF7" w14:textId="77777777" w:rsidR="00CD0056" w:rsidRDefault="00000000">
      <w:pPr>
        <w:pStyle w:val="Heading1"/>
      </w:pPr>
      <w:r>
        <w:t>Convention details</w:t>
      </w:r>
    </w:p>
    <w:p w14:paraId="42F8C393" w14:textId="77777777" w:rsidR="00CD0056" w:rsidRDefault="00000000">
      <w:pPr>
        <w:spacing w:after="20"/>
      </w:pPr>
      <w:r>
        <w:rPr>
          <w:b/>
          <w:color w:val="004369"/>
        </w:rPr>
        <w:t>When:</w:t>
      </w:r>
      <w:r>
        <w:t xml:space="preserve"> October 22–25, 2026</w:t>
      </w:r>
    </w:p>
    <w:p w14:paraId="5C73C20E" w14:textId="77777777" w:rsidR="00CD0056" w:rsidRDefault="00000000">
      <w:pPr>
        <w:spacing w:after="20"/>
      </w:pPr>
      <w:r>
        <w:rPr>
          <w:b/>
          <w:color w:val="004369"/>
        </w:rPr>
        <w:t>Where:</w:t>
      </w:r>
      <w:r>
        <w:t xml:space="preserve"> Crowne Plaza Dulles Airport, Herndon, Virginia</w:t>
      </w:r>
    </w:p>
    <w:p w14:paraId="5FE88341" w14:textId="051C40C3" w:rsidR="00CD0056" w:rsidRDefault="00000000">
      <w:pPr>
        <w:spacing w:after="20"/>
      </w:pPr>
      <w:r>
        <w:rPr>
          <w:b/>
          <w:color w:val="004369"/>
        </w:rPr>
        <w:t>Register:</w:t>
      </w:r>
      <w:r>
        <w:t xml:space="preserve"> </w:t>
      </w:r>
      <w:hyperlink r:id="rId6" w:history="1">
        <w:r w:rsidR="00E1474F" w:rsidRPr="00E1474F">
          <w:rPr>
            <w:rStyle w:val="Hyperlink"/>
          </w:rPr>
          <w:t>2026 Virginia State Convention | National Federation of the Blind of Virginia</w:t>
        </w:r>
      </w:hyperlink>
    </w:p>
    <w:p w14:paraId="76002B3A" w14:textId="77777777" w:rsidR="00CD0056" w:rsidRDefault="00000000">
      <w:pPr>
        <w:spacing w:before="100" w:after="80"/>
      </w:pPr>
      <w:r>
        <w:rPr>
          <w:b/>
        </w:rPr>
        <w:t>Questions? Contact Patty Droppers, NFB of Virginia Seniors Division President</w:t>
      </w:r>
    </w:p>
    <w:p w14:paraId="7F874F5F" w14:textId="77777777" w:rsidR="00CD0056" w:rsidRDefault="00000000">
      <w:pPr>
        <w:spacing w:after="20"/>
      </w:pPr>
      <w:r>
        <w:t>Phone: 703-981-3363</w:t>
      </w:r>
    </w:p>
    <w:p w14:paraId="04FCE0BB" w14:textId="77777777" w:rsidR="00CD0056" w:rsidRDefault="00000000">
      <w:pPr>
        <w:spacing w:after="120"/>
      </w:pPr>
      <w:r>
        <w:t>Email: pdroppers@ljpete.com</w:t>
      </w:r>
    </w:p>
    <w:p w14:paraId="74462B17" w14:textId="77777777" w:rsidR="00CD0056" w:rsidRDefault="00000000">
      <w:pPr>
        <w:jc w:val="center"/>
      </w:pPr>
      <w:r>
        <w:rPr>
          <w:b/>
          <w:color w:val="004369"/>
          <w:sz w:val="28"/>
        </w:rPr>
        <w:t>Come for the information. Come for the connections. Come see what’s possible.</w:t>
      </w:r>
    </w:p>
    <w:p w14:paraId="42F0044C" w14:textId="77777777" w:rsidR="00CD0056" w:rsidRDefault="00000000">
      <w:pPr>
        <w:jc w:val="center"/>
      </w:pPr>
      <w:r>
        <w:rPr>
          <w:b/>
        </w:rPr>
        <w:t>National Federation of the Blind of Virginia</w:t>
      </w:r>
    </w:p>
    <w:sectPr w:rsidR="00CD0056" w:rsidSect="00034616">
      <w:pgSz w:w="12240" w:h="15840"/>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5331268">
    <w:abstractNumId w:val="8"/>
  </w:num>
  <w:num w:numId="2" w16cid:durableId="2140412509">
    <w:abstractNumId w:val="6"/>
  </w:num>
  <w:num w:numId="3" w16cid:durableId="180514568">
    <w:abstractNumId w:val="5"/>
  </w:num>
  <w:num w:numId="4" w16cid:durableId="1172989037">
    <w:abstractNumId w:val="4"/>
  </w:num>
  <w:num w:numId="5" w16cid:durableId="732313725">
    <w:abstractNumId w:val="7"/>
  </w:num>
  <w:num w:numId="6" w16cid:durableId="1379738283">
    <w:abstractNumId w:val="3"/>
  </w:num>
  <w:num w:numId="7" w16cid:durableId="1240365978">
    <w:abstractNumId w:val="2"/>
  </w:num>
  <w:num w:numId="8" w16cid:durableId="1091467244">
    <w:abstractNumId w:val="1"/>
  </w:num>
  <w:num w:numId="9" w16cid:durableId="39836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B2B"/>
    <w:rsid w:val="0015074B"/>
    <w:rsid w:val="0029639D"/>
    <w:rsid w:val="00326F90"/>
    <w:rsid w:val="00AA1D8D"/>
    <w:rsid w:val="00B47730"/>
    <w:rsid w:val="00CB0664"/>
    <w:rsid w:val="00CD0056"/>
    <w:rsid w:val="00E147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F477AB6-21F9-4933-8B67-A5801525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F1F3D"/>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436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436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436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1474F"/>
    <w:rPr>
      <w:color w:val="0000FF" w:themeColor="hyperlink"/>
      <w:u w:val="single"/>
    </w:rPr>
  </w:style>
  <w:style w:type="character" w:styleId="UnresolvedMention">
    <w:name w:val="Unresolved Mention"/>
    <w:basedOn w:val="DefaultParagraphFont"/>
    <w:uiPriority w:val="99"/>
    <w:semiHidden/>
    <w:unhideWhenUsed/>
    <w:rsid w:val="00E14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fbv.org/conven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1231</Characters>
  <Application>Microsoft Office Word</Application>
  <DocSecurity>0</DocSecurity>
  <Lines>23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Tracy Soforenko</cp:lastModifiedBy>
  <cp:revision>2</cp:revision>
  <dcterms:created xsi:type="dcterms:W3CDTF">2013-12-23T23:15:00Z</dcterms:created>
  <dcterms:modified xsi:type="dcterms:W3CDTF">2026-09-04T13:30:00Z</dcterms:modified>
  <cp:category/>
</cp:coreProperties>
</file>